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One-page POSH notice</w:t>
      </w:r>
    </w:p>
    <w:p>
      <w:r>
        <w:rPr>
          <w:i/>
        </w:rPr>
        <w:t>A short notice for notice boards and onboarding.</w:t>
      </w:r>
    </w:p>
    <w:p>
      <w:r>
        <w:t>OUR COMMITMENT - [Company name]</w:t>
      </w:r>
    </w:p>
    <w:p/>
    <w:p>
      <w:r>
        <w:t>Sexual harassment is not tolerated here.</w:t>
      </w:r>
    </w:p>
    <w:p/>
    <w:p>
      <w:r>
        <w:t>If you face or see it, you can complain to our Internal Committee (IC):</w:t>
      </w:r>
    </w:p>
    <w:p/>
    <w:p>
      <w:r>
        <w:t>Presiding Officer: [name, contact]</w:t>
      </w:r>
    </w:p>
    <w:p>
      <w:r>
        <w:t>Member: [name, contact]</w:t>
      </w:r>
    </w:p>
    <w:p>
      <w:r>
        <w:t>Member: [name, contact]</w:t>
      </w:r>
    </w:p>
    <w:p>
      <w:r>
        <w:t>External Member: [name, contact]</w:t>
      </w:r>
    </w:p>
    <w:p/>
    <w:p>
      <w:r>
        <w:t>- Complaints are confidential.</w:t>
      </w:r>
    </w:p>
    <w:p>
      <w:r>
        <w:t>- Nobody will be punished for complaining in good faith.</w:t>
      </w:r>
    </w:p>
    <w:p>
      <w:r>
        <w:t>- Write to the IC at [email]. You may ask a colleague to help you write it.</w:t>
      </w:r>
    </w:p>
    <w:p/>
    <w:p>
      <w:r>
        <w:t>Read the full policy at [link or HR desk].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