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Complaint form</w:t>
      </w:r>
    </w:p>
    <w:p>
      <w:r>
        <w:rPr>
          <w:i/>
        </w:rPr>
        <w:t>A simple written complaint format for the IC.</w:t>
      </w:r>
    </w:p>
    <w:p>
      <w:r>
        <w:t>COMPLAINT TO THE INTERNAL COMMITTEE - [Company name]</w:t>
      </w:r>
    </w:p>
    <w:p/>
    <w:p>
      <w:r>
        <w:t>Date of complaint: [date]</w:t>
      </w:r>
    </w:p>
    <w:p/>
    <w:p>
      <w:r>
        <w:t>Complainant</w:t>
      </w:r>
    </w:p>
    <w:p>
      <w:r>
        <w:t>Name: [name]   Employee ID: [id]   Department: [department]</w:t>
      </w:r>
    </w:p>
    <w:p>
      <w:r>
        <w:t>Contact: [phone / email]</w:t>
      </w:r>
    </w:p>
    <w:p/>
    <w:p>
      <w:r>
        <w:t>Respondent</w:t>
      </w:r>
    </w:p>
    <w:p>
      <w:r>
        <w:t>Name: [name]   Designation: [designation]   Department: [department]</w:t>
      </w:r>
    </w:p>
    <w:p/>
    <w:p>
      <w:r>
        <w:t>Incident(s)</w:t>
      </w:r>
    </w:p>
    <w:p>
      <w:r>
        <w:t>Date(s) and time(s): [details]</w:t>
      </w:r>
    </w:p>
    <w:p>
      <w:r>
        <w:t>Place: [place or platform]</w:t>
      </w:r>
    </w:p>
    <w:p>
      <w:r>
        <w:t>What happened: [describe in your own words]</w:t>
      </w:r>
    </w:p>
    <w:p>
      <w:r>
        <w:t>Witnesses (if any): [names]</w:t>
      </w:r>
    </w:p>
    <w:p>
      <w:r>
        <w:t>Documents or messages attached: [list]</w:t>
      </w:r>
    </w:p>
    <w:p/>
    <w:p>
      <w:r>
        <w:t>Previous complaint about this matter: [yes / no]</w:t>
      </w:r>
    </w:p>
    <w:p/>
    <w:p>
      <w:r>
        <w:t>Support needed: [for example, change of seat or reporting line during the inquiry]</w:t>
      </w:r>
    </w:p>
    <w:p/>
    <w:p>
      <w:r>
        <w:t>Signature: ______________   Date: ____________</w:t>
      </w:r>
    </w:p>
    <w:p/>
    <w:p>
      <w:r>
        <w:t>Received by (IC member): 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