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Standard full-time offer</w:t>
      </w:r>
    </w:p>
    <w:p>
      <w:r>
        <w:rPr>
          <w:i/>
        </w:rPr>
        <w:t>A clear offer for a regular full-time role.</w:t>
      </w:r>
    </w:p>
    <w:p>
      <w:r>
        <w:t>[Company letterhead]</w:t>
      </w:r>
    </w:p>
    <w:p/>
    <w:p>
      <w:r>
        <w:t>Date: [date]</w:t>
      </w:r>
    </w:p>
    <w:p/>
    <w:p>
      <w:r>
        <w:t>Dear [Candidate name],</w:t>
      </w:r>
    </w:p>
    <w:p/>
    <w:p>
      <w:r>
        <w:t>We are pleased to offer you the position of [Designation] in the [Department] team at [Company name], based at [Location].</w:t>
      </w:r>
    </w:p>
    <w:p/>
    <w:p>
      <w:r>
        <w:t>Annual cost to company (CTC): INR [amount], as set out in the attached salary structure.</w:t>
      </w:r>
    </w:p>
    <w:p>
      <w:r>
        <w:t>Date of joining: [date]</w:t>
      </w:r>
    </w:p>
    <w:p>
      <w:r>
        <w:t>Reporting to: [Manager name]</w:t>
      </w:r>
    </w:p>
    <w:p>
      <w:r>
        <w:t>Probation: [number] months</w:t>
      </w:r>
    </w:p>
    <w:p/>
    <w:p>
      <w:r>
        <w:t>This offer depends on satisfactory verification of your documents and references, and on the terms of your appointment letter.</w:t>
      </w:r>
    </w:p>
    <w:p/>
    <w:p>
      <w:r>
        <w:t>Please sign and return a copy by [date] to accept.</w:t>
      </w:r>
    </w:p>
    <w:p/>
    <w:p>
      <w:r>
        <w:t>Sincerely,</w:t>
      </w:r>
    </w:p>
    <w:p>
      <w:r>
        <w:t>[Name], [Title]</w:t>
      </w:r>
    </w:p>
    <w:p>
      <w:r>
        <w:t>[Company name]</w:t>
      </w:r>
    </w:p>
    <w:p/>
    <w:p>
      <w:r>
        <w:t>Accepted: ____________________   Date: ____________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