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Senior or leadership offer</w:t>
      </w:r>
    </w:p>
    <w:p>
      <w:r>
        <w:rPr>
          <w:i/>
        </w:rPr>
        <w:t>With variable pay and a notice-period clause.</w:t>
      </w:r>
    </w:p>
    <w:p>
      <w:r>
        <w:t>[Company letterhead]</w:t>
      </w:r>
    </w:p>
    <w:p/>
    <w:p>
      <w:r>
        <w:t>Private and confidential</w:t>
      </w:r>
    </w:p>
    <w:p>
      <w:r>
        <w:t>Date: [date]</w:t>
      </w:r>
    </w:p>
    <w:p/>
    <w:p>
      <w:r>
        <w:t>Dear [Candidate name],</w:t>
      </w:r>
    </w:p>
    <w:p/>
    <w:p>
      <w:r>
        <w:t>We are pleased to offer you the role of [Designation], reporting to [Name, Title], based at [Location].</w:t>
      </w:r>
    </w:p>
    <w:p/>
    <w:p>
      <w:r>
        <w:t>Compensation</w:t>
      </w:r>
    </w:p>
    <w:p>
      <w:r>
        <w:t>- Fixed pay: INR [amount] a year</w:t>
      </w:r>
    </w:p>
    <w:p>
      <w:r>
        <w:t>- Variable pay: up to INR [amount] a year, linked to [targets] and paid [quarterly / yearly]</w:t>
      </w:r>
    </w:p>
    <w:p>
      <w:r>
        <w:t>- Joining bonus (if any): INR [amount], repayable if you leave within [number] months</w:t>
      </w:r>
    </w:p>
    <w:p>
      <w:r>
        <w:t>- Other benefits: [insurance, allowances, equity or long-term incentive, if any]</w:t>
      </w:r>
    </w:p>
    <w:p/>
    <w:p>
      <w:r>
        <w:t>Notice period: [number] days by either side.</w:t>
      </w:r>
    </w:p>
    <w:p>
      <w:r>
        <w:t>Date of joining: [date].</w:t>
      </w:r>
    </w:p>
    <w:p/>
    <w:p>
      <w:r>
        <w:t>This offer depends on satisfactory reference and background checks and on the terms of your appointment letter. Please keep its contents confidential.</w:t>
      </w:r>
    </w:p>
    <w:p/>
    <w:p>
      <w:r>
        <w:t>Sincerely,</w:t>
      </w:r>
    </w:p>
    <w:p>
      <w:r>
        <w:t>[Name], [Title]</w:t>
      </w:r>
    </w:p>
    <w:p/>
    <w:p>
      <w:r>
        <w:t>Accepted: ____________________   Date: ____________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