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F1D3D"/>
        </w:rPr>
        <w:t>Internship offer</w:t>
      </w:r>
    </w:p>
    <w:p>
      <w:r>
        <w:rPr>
          <w:i/>
        </w:rPr>
        <w:t>A short offer for interns with a stipend.</w:t>
      </w:r>
    </w:p>
    <w:p>
      <w:r>
        <w:t>[Company letterhead]</w:t>
      </w:r>
    </w:p>
    <w:p/>
    <w:p>
      <w:r>
        <w:t>Date: [date]</w:t>
      </w:r>
    </w:p>
    <w:p/>
    <w:p>
      <w:r>
        <w:t>Dear [Intern name],</w:t>
      </w:r>
    </w:p>
    <w:p/>
    <w:p>
      <w:r>
        <w:t>We are happy to offer you an internship as [Role] in [Department] at [Company name].</w:t>
      </w:r>
    </w:p>
    <w:p/>
    <w:p>
      <w:r>
        <w:t>Duration: [start date] to [end date]</w:t>
      </w:r>
    </w:p>
    <w:p>
      <w:r>
        <w:t>Stipend: INR [amount] a month (or: unpaid, for academic credit)</w:t>
      </w:r>
    </w:p>
    <w:p>
      <w:r>
        <w:t>Working pattern: [days and hours / remote or on site]</w:t>
      </w:r>
    </w:p>
    <w:p>
      <w:r>
        <w:t>Mentor: [Name]</w:t>
      </w:r>
    </w:p>
    <w:p/>
    <w:p>
      <w:r>
        <w:t>You will work on [projects or tasks]. At the end we will give you a completion certificate. The internship does not guarantee a job offer.</w:t>
      </w:r>
    </w:p>
    <w:p/>
    <w:p>
      <w:r>
        <w:t>You agree to keep company information confidential during and after the internship.</w:t>
      </w:r>
    </w:p>
    <w:p/>
    <w:p>
      <w:r>
        <w:t>Please sign and return this letter by [date].</w:t>
      </w:r>
    </w:p>
    <w:p/>
    <w:p>
      <w:r>
        <w:t>Regards,</w:t>
      </w:r>
    </w:p>
    <w:p>
      <w:r>
        <w:t>[Name], [Title]</w:t>
      </w:r>
    </w:p>
    <w:p/>
    <w:p>
      <w:r>
        <w:t>Accepted: ____________________   Date: ____________</w:t>
      </w:r>
    </w:p>
    <w:p>
      <w:r>
        <w:rPr>
          <w:color w:val="5C6578"/>
          <w:sz w:val="18"/>
        </w:rPr>
        <w:t>Replace everything in [square brackets]. This is a starting point and not legal advice. Have your adviser review it. Template from Tuling HRMS (hrms.tulingcreativehub.com).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