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rPr>
          <w:color w:val="0F1D3D"/>
        </w:rPr>
        <w:t>Fresher or graduate trainee offer</w:t>
      </w:r>
    </w:p>
    <w:p>
      <w:r>
        <w:rPr>
          <w:i/>
        </w:rPr>
        <w:t>For campus hires and first-job candidates.</w:t>
      </w:r>
    </w:p>
    <w:p>
      <w:r>
        <w:t>[Company letterhead]</w:t>
      </w:r>
    </w:p>
    <w:p/>
    <w:p>
      <w:r>
        <w:t>Date: [date]</w:t>
      </w:r>
    </w:p>
    <w:p/>
    <w:p>
      <w:r>
        <w:t>Dear [Candidate name],</w:t>
      </w:r>
    </w:p>
    <w:p/>
    <w:p>
      <w:r>
        <w:t>Congratulations. We are delighted to offer you a place as [Graduate Trainee / Associate] in [Department] at [Company name], starting [date] at [Location].</w:t>
      </w:r>
    </w:p>
    <w:p/>
    <w:p>
      <w:r>
        <w:t>Training period: [number] months, with a stipend of INR [amount] a month.</w:t>
      </w:r>
    </w:p>
    <w:p>
      <w:r>
        <w:t>On successful completion you will be confirmed as [Designation] at an annual CTC of INR [amount].</w:t>
      </w:r>
    </w:p>
    <w:p/>
    <w:p>
      <w:r>
        <w:t>What we expect: attendance at all training sessions, completion of assessments, and adherence to company policies.</w:t>
      </w:r>
    </w:p>
    <w:p/>
    <w:p>
      <w:r>
        <w:t>This offer is subject to submission of your original degree and marksheets, identity proof and a satisfactory background check.</w:t>
      </w:r>
    </w:p>
    <w:p/>
    <w:p>
      <w:r>
        <w:t>Please sign and return this letter by [date].</w:t>
      </w:r>
    </w:p>
    <w:p/>
    <w:p>
      <w:r>
        <w:t>Warm regards,</w:t>
      </w:r>
    </w:p>
    <w:p>
      <w:r>
        <w:t>[Name], [Title]</w:t>
      </w:r>
    </w:p>
    <w:p/>
    <w:p>
      <w:r>
        <w:t>Accepted: ____________________   Date: ____________</w:t>
      </w:r>
    </w:p>
    <w:p>
      <w:r>
        <w:rPr>
          <w:color w:val="5C6578"/>
          <w:sz w:val="18"/>
        </w:rPr>
        <w:t>Replace everything in [square brackets]. This is a starting point and not legal advice. Have your adviser review it. Template from Tuling HRMS (hrms.tulingcreativehub.com).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