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Remote employee exit checklist</w:t>
      </w:r>
    </w:p>
    <w:p>
      <w:r>
        <w:rPr>
          <w:i/>
        </w:rPr>
        <w:t>For people who never come to the office.</w:t>
      </w:r>
    </w:p>
    <w:p>
      <w:r>
        <w:t>REMOTE EXIT CHECKLIST - [Employee name] ([Employee ID])</w:t>
      </w:r>
    </w:p>
    <w:p>
      <w:r>
        <w:t>Last working day: [date]</w:t>
      </w:r>
    </w:p>
    <w:p/>
    <w:p>
      <w:r>
        <w:t>Equipment</w:t>
      </w:r>
    </w:p>
    <w:p>
      <w:r>
        <w:t>[ ] Return courier booked for laptop, phone and accessories</w:t>
      </w:r>
    </w:p>
    <w:p>
      <w:r>
        <w:t>[ ] Return received and checked</w:t>
      </w:r>
    </w:p>
    <w:p>
      <w:r>
        <w:t>[ ] Data wiped from personal devices that held company data</w:t>
      </w:r>
    </w:p>
    <w:p/>
    <w:p>
      <w:r>
        <w:t>Access</w:t>
      </w:r>
    </w:p>
    <w:p>
      <w:r>
        <w:t>[ ] Email, chat, VPN and cloud accounts removed on the last day</w:t>
      </w:r>
    </w:p>
    <w:p>
      <w:r>
        <w:t>[ ] Shared passwords changed</w:t>
      </w:r>
    </w:p>
    <w:p/>
    <w:p>
      <w:r>
        <w:t>Handover</w:t>
      </w:r>
    </w:p>
    <w:p>
      <w:r>
        <w:t>[ ] Video handover session held</w:t>
      </w:r>
    </w:p>
    <w:p>
      <w:r>
        <w:t>[ ] Documents and files saved to shared folders</w:t>
      </w:r>
    </w:p>
    <w:p/>
    <w:p>
      <w:r>
        <w:t>People</w:t>
      </w:r>
    </w:p>
    <w:p>
      <w:r>
        <w:t>[ ] Exit interview by video call</w:t>
      </w:r>
    </w:p>
    <w:p>
      <w:r>
        <w:t>[ ] Final goodbye message agreed</w:t>
      </w:r>
    </w:p>
    <w:p/>
    <w:p>
      <w:r>
        <w:t>Paperwork</w:t>
      </w:r>
    </w:p>
    <w:p>
      <w:r>
        <w:t>[ ] Digital relieving letter</w:t>
      </w:r>
    </w:p>
    <w:p>
      <w:r>
        <w:t>[ ] Full and final settlement and payslip sent by email</w:t>
      </w:r>
    </w:p>
    <w:p>
      <w:r>
        <w:t>[ ] Form 16 sent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