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Exit interview form</w:t>
      </w:r>
    </w:p>
    <w:p>
      <w:r>
        <w:rPr>
          <w:i/>
        </w:rPr>
        <w:t>Questions that surface why people leave.</w:t>
      </w:r>
    </w:p>
    <w:p>
      <w:r>
        <w:t>EXIT INTERVIEW - [Employee name] ([Employee ID])</w:t>
      </w:r>
    </w:p>
    <w:p>
      <w:r>
        <w:t>Date: [date]   Interviewer: [name]</w:t>
      </w:r>
    </w:p>
    <w:p/>
    <w:p>
      <w:r>
        <w:t>1. What is the main reason for leaving?</w:t>
      </w:r>
    </w:p>
    <w:p>
      <w:r>
        <w:t>2. What did you like most about working here?</w:t>
      </w:r>
    </w:p>
    <w:p>
      <w:r>
        <w:t>3. What would have made you stay?</w:t>
      </w:r>
    </w:p>
    <w:p>
      <w:r>
        <w:t>4. How would you describe your relationship with your manager?</w:t>
      </w:r>
    </w:p>
    <w:p>
      <w:r>
        <w:t>5. Did you have the tools and information to do your job well?</w:t>
      </w:r>
    </w:p>
    <w:p>
      <w:r>
        <w:t>6. How would you rate growth and learning opportunities here? (1-5)</w:t>
      </w:r>
    </w:p>
    <w:p>
      <w:r>
        <w:t>7. How would you rate pay and benefits? (1-5)</w:t>
      </w:r>
    </w:p>
    <w:p>
      <w:r>
        <w:t>8. Would you recommend us as a place to work? Why or why not?</w:t>
      </w:r>
    </w:p>
    <w:p>
      <w:r>
        <w:t>9. Is there anything we should change?</w:t>
      </w:r>
    </w:p>
    <w:p>
      <w:r>
        <w:t>10. Would you consider working with us again?</w:t>
      </w:r>
    </w:p>
    <w:p/>
    <w:p>
      <w:r>
        <w:t>The answers are used to improve the company. They are shared only in summary, without your name, unless you agree otherwise.</w:t>
      </w:r>
    </w:p>
    <w:p/>
    <w:p>
      <w:r>
        <w:t>Employee signature (optional): ______________   Date: ____________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