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Permanent employee appointment</w:t>
      </w:r>
    </w:p>
    <w:p>
      <w:r>
        <w:rPr>
          <w:i/>
        </w:rPr>
        <w:t>Terms of employment for a confirmed hire.</w:t>
      </w:r>
    </w:p>
    <w:p>
      <w:r>
        <w:t>[Company letterhead]</w:t>
      </w:r>
    </w:p>
    <w:p/>
    <w:p>
      <w:r>
        <w:t>Date: [date]</w:t>
      </w:r>
    </w:p>
    <w:p/>
    <w:p>
      <w:r>
        <w:t>To: [Employee name]</w:t>
      </w:r>
    </w:p>
    <w:p/>
    <w:p>
      <w:r>
        <w:t>Subject: Appointment as [Designation]</w:t>
      </w:r>
    </w:p>
    <w:p/>
    <w:p>
      <w:r>
        <w:t>1. Position and place of work: [Designation], [Department], [Location].</w:t>
      </w:r>
    </w:p>
    <w:p>
      <w:r>
        <w:t>2. Date of joining: [date].</w:t>
      </w:r>
    </w:p>
    <w:p>
      <w:r>
        <w:t>3. Compensation: As per the annexed salary structure. Statutory deductions apply as required by law.</w:t>
      </w:r>
    </w:p>
    <w:p>
      <w:r>
        <w:t>4. Working hours and leave: As per company policy, as amended from time to time.</w:t>
      </w:r>
    </w:p>
    <w:p>
      <w:r>
        <w:t>5. Notice period: [number] days by either side.</w:t>
      </w:r>
    </w:p>
    <w:p>
      <w:r>
        <w:t>6. Confidentiality: You will keep the company's business and employee information confidential during and after employment.</w:t>
      </w:r>
    </w:p>
    <w:p>
      <w:r>
        <w:t>7. Conduct: You will follow the company's code of conduct and policies in force.</w:t>
      </w:r>
    </w:p>
    <w:p>
      <w:r>
        <w:t>8. Other terms: As per the company's policies.</w:t>
      </w:r>
    </w:p>
    <w:p/>
    <w:p>
      <w:r>
        <w:t>Please sign below to confirm acceptance.</w:t>
      </w:r>
    </w:p>
    <w:p/>
    <w:p>
      <w:r>
        <w:t>For [Company name]</w:t>
      </w:r>
    </w:p>
    <w:p>
      <w:r>
        <w:t>[Name], [Title]</w:t>
      </w:r>
    </w:p>
    <w:p/>
    <w:p>
      <w:r>
        <w:t>I accept the above terms.</w:t>
      </w:r>
    </w:p>
    <w:p>
      <w:r>
        <w:t>[Employee name]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